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Modelos de Reajuste de Honorários Contábeis</w:t>
      </w:r>
    </w:p>
    <w:p>
      <w:pPr>
        <w:pStyle w:val="Heading2"/>
      </w:pPr>
      <w:r>
        <w:t>1. Cláusula de Reajuste</w:t>
      </w:r>
    </w:p>
    <w:p>
      <w:r>
        <w:t>CLÁUSULA X – DO REAJUSTE DOS HONORÁRIOS</w:t>
        <w:br/>
        <w:br/>
        <w:t>1. Os honorários pactuados serão reajustados anualmente, sempre no mês de ______, aplicando-se a variação acumulada do IPCA – Índice Nacional de Preços ao Consumidor Amplo (IBGE), ou outro índice oficial que o substitua.</w:t>
        <w:br/>
        <w:t>2. Na hipótese de extinção ou indisponibilidade do índice, será utilizado o índice oficial que melhor represente a inflação do período.</w:t>
        <w:br/>
        <w:t>3. O reajuste será comunicado ao CONTRATANTE com antecedência mínima de 30 dias.</w:t>
        <w:br/>
        <w:t>4. Alterações de escopo, aumento significativo de demanda ou mudanças legais poderão justificar revisão extraordinária, mediante negociação prévia.</w:t>
      </w:r>
    </w:p>
    <w:p>
      <w:pPr>
        <w:pStyle w:val="Heading2"/>
      </w:pPr>
      <w:r>
        <w:t>2. Modelo de Comunicação ao Cliente</w:t>
      </w:r>
    </w:p>
    <w:p>
      <w:r>
        <w:t>Assunto: Atualização anual dos honorários contábeis – Vigência a partir de ___/___/____</w:t>
        <w:br/>
        <w:br/>
        <w:t>Prezado(a) Cliente,</w:t>
        <w:br/>
        <w:br/>
        <w:t>Com o compromisso de manter a qualidade, segurança e eficiência dos serviços prestados, informamos que realizaremos a atualização anual dos honorários, conforme previsto em contrato e fundamentado em métricas oficiais de inflação.</w:t>
        <w:br/>
        <w:t>A partir de ___/___/____, os valores serão reajustados pela variação acumulada do IPCA (IBGE) referente aos últimos 12 meses.</w:t>
        <w:br/>
        <w:t>Essa atualização é necessária para acompanhar custos operacionais, mudanças legais, investimentos em tecnologia e qualificação da equipe.</w:t>
        <w:br/>
        <w:br/>
        <w:t>Permanecemos à disposição para esclarecimentos.</w:t>
        <w:br/>
        <w:br/>
        <w:t>Atenciosamente,</w:t>
        <w:br/>
        <w:t>Seu Escritório Contábil</w:t>
      </w:r>
    </w:p>
    <w:p>
      <w:pPr>
        <w:pStyle w:val="Heading2"/>
      </w:pPr>
      <w:r>
        <w:t>3. Passo a Passo para Implementar o Reajuste</w:t>
      </w:r>
    </w:p>
    <w:p>
      <w:r>
        <w:t>1) Diagnosticar custos, horas e índice de reajuste.</w:t>
      </w:r>
    </w:p>
    <w:p>
      <w:r>
        <w:t>2) Atualizar contratos com cláusula clara de reajuste anual.</w:t>
      </w:r>
    </w:p>
    <w:p>
      <w:r>
        <w:t>3) Planejar calendário e comunicar clientes com 30 dias de antecedência.</w:t>
      </w:r>
    </w:p>
    <w:p>
      <w:r>
        <w:t>4) Segmentar clientes por complexidade e demanda.</w:t>
      </w:r>
    </w:p>
    <w:p>
      <w:r>
        <w:t>5) Enviar comunicados oficiais por e-mail/WhatsApp/reuniões.</w:t>
      </w:r>
    </w:p>
    <w:p>
      <w:r>
        <w:t>6) Atualizar sistemas internos de faturamento.</w:t>
      </w:r>
    </w:p>
    <w:p>
      <w:r>
        <w:t>7) Fazer follow-up e reforçar valor entregue.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